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1817BE" w14:textId="77777777" w:rsidR="004E5458" w:rsidRDefault="004E54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80"/>
        <w:gridCol w:w="4680"/>
      </w:tblGrid>
      <w:tr w:rsidR="004E5458" w14:paraId="1C362ADB" w14:textId="77777777">
        <w:trPr>
          <w:jc w:val="center"/>
        </w:trPr>
        <w:tc>
          <w:tcPr>
            <w:tcW w:w="4680" w:type="dxa"/>
          </w:tcPr>
          <w:p w14:paraId="7253CD08" w14:textId="77777777" w:rsidR="004E5458" w:rsidRDefault="004E5458"/>
        </w:tc>
        <w:tc>
          <w:tcPr>
            <w:tcW w:w="4680" w:type="dxa"/>
          </w:tcPr>
          <w:p w14:paraId="13ED933C" w14:textId="77777777" w:rsidR="004E5458" w:rsidRDefault="004E5458">
            <w:pPr>
              <w:spacing w:before="40" w:after="0"/>
              <w:jc w:val="right"/>
            </w:pPr>
          </w:p>
        </w:tc>
      </w:tr>
    </w:tbl>
    <w:p w14:paraId="6516E707" w14:textId="77777777" w:rsidR="004E5458" w:rsidRDefault="001A1540">
      <w:pPr>
        <w:spacing w:before="120" w:after="80"/>
        <w:jc w:val="center"/>
      </w:pPr>
      <w:r>
        <w:rPr>
          <w:rFonts w:ascii="Calibri" w:eastAsia="Calibri" w:hAnsi="Calibri" w:cs="Calibri"/>
          <w:b/>
          <w:bCs/>
          <w:color w:val="1F3864"/>
          <w:sz w:val="52"/>
          <w:szCs w:val="52"/>
        </w:rPr>
        <w:t>Adult Family Home Preliminary Service Plan</w:t>
      </w:r>
    </w:p>
    <w:p w14:paraId="3AA9DEB8" w14:textId="77777777" w:rsidR="004E5458" w:rsidRDefault="001A1540">
      <w:pPr>
        <w:jc w:val="center"/>
      </w:pPr>
      <w:r>
        <w:rPr>
          <w:rFonts w:ascii="Calibri" w:eastAsia="Calibri" w:hAnsi="Calibri" w:cs="Calibri"/>
          <w:color w:val="1F3864"/>
          <w:sz w:val="24"/>
          <w:szCs w:val="24"/>
        </w:rPr>
        <w:t>Resident-Specific Interim Care and Service Instructions</w:t>
      </w:r>
    </w:p>
    <w:p w14:paraId="21D21741" w14:textId="77777777" w:rsidR="004E5458" w:rsidRDefault="001A1540">
      <w:pPr>
        <w:keepNext/>
        <w:pBdr>
          <w:bottom w:val="single" w:sz="6" w:space="1" w:color="2A7B8E"/>
        </w:pBdr>
        <w:spacing w:before="280" w:after="120"/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>Resident Information</w:t>
      </w:r>
    </w:p>
    <w:tbl>
      <w:tblPr>
        <w:tblStyle w:val="a0"/>
        <w:tblW w:w="9360" w:type="dxa"/>
        <w:jc w:val="center"/>
        <w:tblLayout w:type="fixed"/>
        <w:tblLook w:val="0400" w:firstRow="0" w:lastRow="0" w:firstColumn="0" w:lastColumn="0" w:noHBand="0" w:noVBand="1"/>
      </w:tblPr>
      <w:tblGrid>
        <w:gridCol w:w="2448"/>
        <w:gridCol w:w="2520"/>
        <w:gridCol w:w="1872"/>
        <w:gridCol w:w="2520"/>
      </w:tblGrid>
      <w:tr w:rsidR="004E5458" w14:paraId="54DFB64F" w14:textId="77777777">
        <w:trPr>
          <w:cantSplit/>
          <w:tblHeader/>
          <w:jc w:val="center"/>
        </w:trPr>
        <w:tc>
          <w:tcPr>
            <w:tcW w:w="24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13D2ED5C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Field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1DE8A69C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Entry</w:t>
            </w:r>
          </w:p>
        </w:tc>
        <w:tc>
          <w:tcPr>
            <w:tcW w:w="18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014C6D64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Field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6C0D4A13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Entry</w:t>
            </w:r>
          </w:p>
        </w:tc>
      </w:tr>
      <w:tr w:rsidR="004E5458" w14:paraId="21CDFE72" w14:textId="77777777">
        <w:trPr>
          <w:cantSplit/>
          <w:trHeight w:val="576"/>
          <w:jc w:val="center"/>
        </w:trPr>
        <w:tc>
          <w:tcPr>
            <w:tcW w:w="24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2561E039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1. Resident Name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36E3B749" w14:textId="77777777" w:rsidR="004E5458" w:rsidRDefault="004E5458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58FB376C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Date of Birth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388A0426" w14:textId="77777777" w:rsidR="004E5458" w:rsidRDefault="004E5458">
            <w:pPr>
              <w:spacing w:after="40"/>
            </w:pPr>
          </w:p>
        </w:tc>
      </w:tr>
      <w:tr w:rsidR="004E5458" w14:paraId="7FD70825" w14:textId="77777777">
        <w:trPr>
          <w:cantSplit/>
          <w:trHeight w:val="576"/>
          <w:jc w:val="center"/>
        </w:trPr>
        <w:tc>
          <w:tcPr>
            <w:tcW w:w="24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76A730AE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2. AFH Name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0703782E" w14:textId="77777777" w:rsidR="004E5458" w:rsidRDefault="004E5458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2B261EA8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Admission / Move-in Date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7072D15E" w14:textId="77777777" w:rsidR="004E5458" w:rsidRDefault="004E5458">
            <w:pPr>
              <w:spacing w:after="40"/>
            </w:pPr>
          </w:p>
        </w:tc>
      </w:tr>
      <w:tr w:rsidR="004E5458" w14:paraId="50D072CD" w14:textId="77777777">
        <w:trPr>
          <w:cantSplit/>
          <w:trHeight w:val="576"/>
          <w:jc w:val="center"/>
        </w:trPr>
        <w:tc>
          <w:tcPr>
            <w:tcW w:w="24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77605D2A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3. Plan Effective Date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46E2F97C" w14:textId="77777777" w:rsidR="004E5458" w:rsidRDefault="004E5458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0C89F32D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Assessment Date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2342B2C2" w14:textId="77777777" w:rsidR="004E5458" w:rsidRDefault="004E5458">
            <w:pPr>
              <w:spacing w:after="40"/>
            </w:pPr>
          </w:p>
        </w:tc>
      </w:tr>
      <w:tr w:rsidR="004E5458" w14:paraId="0B90B86B" w14:textId="77777777">
        <w:trPr>
          <w:cantSplit/>
          <w:trHeight w:val="576"/>
          <w:jc w:val="center"/>
        </w:trPr>
        <w:tc>
          <w:tcPr>
            <w:tcW w:w="24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67D0F065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4. Resident Representative / POA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55A34F4C" w14:textId="77777777" w:rsidR="004E5458" w:rsidRDefault="004E5458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7525F311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Phone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4BEAD8EC" w14:textId="77777777" w:rsidR="004E5458" w:rsidRDefault="004E5458">
            <w:pPr>
              <w:spacing w:after="40"/>
            </w:pPr>
          </w:p>
        </w:tc>
      </w:tr>
      <w:tr w:rsidR="004E5458" w14:paraId="5B4B4B0E" w14:textId="77777777">
        <w:trPr>
          <w:cantSplit/>
          <w:trHeight w:val="576"/>
          <w:jc w:val="center"/>
        </w:trPr>
        <w:tc>
          <w:tcPr>
            <w:tcW w:w="24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49FF9CD0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5. Primary Care Provider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6E2FBD63" w14:textId="77777777" w:rsidR="004E5458" w:rsidRDefault="004E5458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38817966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Phone / Fax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5A1B1040" w14:textId="77777777" w:rsidR="004E5458" w:rsidRDefault="004E5458">
            <w:pPr>
              <w:spacing w:after="40"/>
            </w:pPr>
          </w:p>
        </w:tc>
      </w:tr>
      <w:tr w:rsidR="004E5458" w14:paraId="5796DDDA" w14:textId="77777777">
        <w:trPr>
          <w:cantSplit/>
          <w:trHeight w:val="576"/>
          <w:jc w:val="center"/>
        </w:trPr>
        <w:tc>
          <w:tcPr>
            <w:tcW w:w="24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728B2FD3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6. Pharmacy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60B6A664" w14:textId="77777777" w:rsidR="004E5458" w:rsidRDefault="004E5458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5A1A2404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Phone / Fax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37E4978D" w14:textId="77777777" w:rsidR="004E5458" w:rsidRDefault="004E5458">
            <w:pPr>
              <w:spacing w:after="40"/>
            </w:pPr>
          </w:p>
        </w:tc>
      </w:tr>
    </w:tbl>
    <w:p w14:paraId="51C9E809" w14:textId="77777777" w:rsidR="004E5458" w:rsidRDefault="004E5458">
      <w:pPr>
        <w:spacing w:after="40"/>
      </w:pPr>
    </w:p>
    <w:p w14:paraId="49D77411" w14:textId="77777777" w:rsidR="004E5458" w:rsidRDefault="001A1540">
      <w:pPr>
        <w:keepNext/>
        <w:pBdr>
          <w:bottom w:val="single" w:sz="6" w:space="1" w:color="2A7B8E"/>
        </w:pBdr>
        <w:spacing w:before="280" w:after="120"/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>1. Health / Clinical Information</w:t>
      </w:r>
    </w:p>
    <w:tbl>
      <w:tblPr>
        <w:tblStyle w:val="a1"/>
        <w:tblW w:w="9359" w:type="dxa"/>
        <w:jc w:val="center"/>
        <w:tblLayout w:type="fixed"/>
        <w:tblLook w:val="0400" w:firstRow="0" w:lastRow="0" w:firstColumn="0" w:lastColumn="0" w:noHBand="0" w:noVBand="1"/>
      </w:tblPr>
      <w:tblGrid>
        <w:gridCol w:w="3456"/>
        <w:gridCol w:w="5903"/>
      </w:tblGrid>
      <w:tr w:rsidR="004E5458" w14:paraId="319F1017" w14:textId="77777777">
        <w:trPr>
          <w:cantSplit/>
          <w:tblHeader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698C7F00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Care Need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4DF10023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Resident-Specific Instructions</w:t>
            </w:r>
          </w:p>
        </w:tc>
      </w:tr>
      <w:tr w:rsidR="004E5458" w14:paraId="09D23F77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3E38FFDF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1. Primary Diagnoses / Significant Conditions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2BBCECB9" w14:textId="77777777" w:rsidR="004E5458" w:rsidRDefault="004E5458">
            <w:pPr>
              <w:spacing w:after="40"/>
            </w:pPr>
          </w:p>
        </w:tc>
      </w:tr>
      <w:tr w:rsidR="004E5458" w14:paraId="5DECFCA8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61D96BEE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2. Allergies / Adverse Reactions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6D0E7009" w14:textId="77777777" w:rsidR="004E5458" w:rsidRDefault="004E5458">
            <w:pPr>
              <w:spacing w:after="40"/>
            </w:pPr>
          </w:p>
        </w:tc>
      </w:tr>
      <w:tr w:rsidR="004E5458" w14:paraId="21F6604B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67A5AEBE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3. Current Pain Concerns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5A2D9693" w14:textId="77777777" w:rsidR="004E5458" w:rsidRDefault="004E5458">
            <w:pPr>
              <w:spacing w:after="40"/>
            </w:pPr>
          </w:p>
        </w:tc>
      </w:tr>
      <w:tr w:rsidR="004E5458" w14:paraId="10ABEAA7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03D8DD64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4. Skin / Wounds / Pressure Injury Concerns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31B1E506" w14:textId="77777777" w:rsidR="004E5458" w:rsidRDefault="004E5458">
            <w:pPr>
              <w:spacing w:after="40"/>
            </w:pPr>
          </w:p>
        </w:tc>
      </w:tr>
    </w:tbl>
    <w:p w14:paraId="2E55C97B" w14:textId="77777777" w:rsidR="004E5458" w:rsidRDefault="004E5458">
      <w:pPr>
        <w:spacing w:after="40"/>
      </w:pPr>
    </w:p>
    <w:p w14:paraId="2C1F5218" w14:textId="77777777" w:rsidR="004E5458" w:rsidRDefault="001A1540">
      <w:pPr>
        <w:keepNext/>
        <w:pBdr>
          <w:bottom w:val="single" w:sz="6" w:space="1" w:color="2A7B8E"/>
        </w:pBdr>
        <w:spacing w:before="280" w:after="120"/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>2. Medications / Treatments</w:t>
      </w:r>
    </w:p>
    <w:tbl>
      <w:tblPr>
        <w:tblStyle w:val="a2"/>
        <w:tblW w:w="9359" w:type="dxa"/>
        <w:jc w:val="center"/>
        <w:tblLayout w:type="fixed"/>
        <w:tblLook w:val="0400" w:firstRow="0" w:lastRow="0" w:firstColumn="0" w:lastColumn="0" w:noHBand="0" w:noVBand="1"/>
      </w:tblPr>
      <w:tblGrid>
        <w:gridCol w:w="3456"/>
        <w:gridCol w:w="5903"/>
      </w:tblGrid>
      <w:tr w:rsidR="004E5458" w14:paraId="1DFB8B97" w14:textId="77777777">
        <w:trPr>
          <w:cantSplit/>
          <w:tblHeader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489D3776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Care Need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5265946A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Resident-Specific Instructions</w:t>
            </w:r>
          </w:p>
        </w:tc>
      </w:tr>
      <w:tr w:rsidR="004E5458" w14:paraId="4C6E43C1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5626D49B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1. Medication Assistance Needed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2AB7135B" w14:textId="77777777" w:rsidR="004E5458" w:rsidRDefault="001A1540">
            <w:pPr>
              <w:spacing w:after="4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Independent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Assistance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Administration    </w:t>
            </w:r>
          </w:p>
        </w:tc>
      </w:tr>
      <w:tr w:rsidR="004E5458" w14:paraId="54DC7E2C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3D2A17B5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2. Nurse Delegation Required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12DC575E" w14:textId="77777777" w:rsidR="004E5458" w:rsidRDefault="001A1540">
            <w:pPr>
              <w:spacing w:after="4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No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Yes    </w:t>
            </w:r>
          </w:p>
          <w:p w14:paraId="2A10781B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color w:val="000000"/>
              </w:rPr>
              <w:t xml:space="preserve">Delegated Tasks: </w:t>
            </w:r>
          </w:p>
        </w:tc>
      </w:tr>
      <w:tr w:rsidR="004E5458" w14:paraId="2F8D9143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29E13A13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3. Special Treatments / Therapies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407DA772" w14:textId="77777777" w:rsidR="004E5458" w:rsidRDefault="004E5458">
            <w:pPr>
              <w:spacing w:after="40"/>
            </w:pPr>
          </w:p>
        </w:tc>
      </w:tr>
      <w:tr w:rsidR="004E5458" w14:paraId="08416E8B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650A90CD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4. Oxygen / CPAP / BiPAP / Inhalers / Diabetes Care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61620407" w14:textId="77777777" w:rsidR="004E5458" w:rsidRDefault="004E5458">
            <w:pPr>
              <w:spacing w:after="40"/>
            </w:pPr>
          </w:p>
        </w:tc>
      </w:tr>
    </w:tbl>
    <w:p w14:paraId="513A707C" w14:textId="77777777" w:rsidR="004E5458" w:rsidRDefault="004E5458">
      <w:pPr>
        <w:spacing w:after="40"/>
      </w:pPr>
    </w:p>
    <w:p w14:paraId="49FA2268" w14:textId="77777777" w:rsidR="004E5458" w:rsidRDefault="001A1540">
      <w:pPr>
        <w:keepNext/>
        <w:pBdr>
          <w:bottom w:val="single" w:sz="6" w:space="1" w:color="2A7B8E"/>
        </w:pBdr>
        <w:spacing w:before="280" w:after="120"/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>3. Mobility / Transfers / Fall Precautions</w:t>
      </w:r>
    </w:p>
    <w:tbl>
      <w:tblPr>
        <w:tblStyle w:val="a3"/>
        <w:tblW w:w="9359" w:type="dxa"/>
        <w:jc w:val="center"/>
        <w:tblLayout w:type="fixed"/>
        <w:tblLook w:val="0400" w:firstRow="0" w:lastRow="0" w:firstColumn="0" w:lastColumn="0" w:noHBand="0" w:noVBand="1"/>
      </w:tblPr>
      <w:tblGrid>
        <w:gridCol w:w="3456"/>
        <w:gridCol w:w="5903"/>
      </w:tblGrid>
      <w:tr w:rsidR="004E5458" w14:paraId="644CE790" w14:textId="77777777">
        <w:trPr>
          <w:cantSplit/>
          <w:tblHeader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1C06D610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Care Need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4D4ED4F7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Resident-Specific Instructions</w:t>
            </w:r>
          </w:p>
        </w:tc>
      </w:tr>
      <w:tr w:rsidR="004E5458" w14:paraId="2716C3C0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755C655D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1. Ambulation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74A989C2" w14:textId="77777777" w:rsidR="004E5458" w:rsidRDefault="001A1540">
            <w:pPr>
              <w:spacing w:after="4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Independent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SBA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1-person assist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2-person assist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Wheelchair    </w:t>
            </w:r>
          </w:p>
        </w:tc>
      </w:tr>
      <w:tr w:rsidR="004E5458" w14:paraId="5F8475F4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2F60625C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2. Assistive Devices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1FAA3373" w14:textId="77777777" w:rsidR="004E5458" w:rsidRDefault="001A1540">
            <w:pPr>
              <w:spacing w:after="4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Walker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Cane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Wheelchair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Mechanical lift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Other:    </w:t>
            </w:r>
          </w:p>
        </w:tc>
      </w:tr>
      <w:tr w:rsidR="004E5458" w14:paraId="26881223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77ADEDCD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3. Transfers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6688BB58" w14:textId="77777777" w:rsidR="004E5458" w:rsidRDefault="001A1540">
            <w:pPr>
              <w:spacing w:after="4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Independent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SBA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1-person assist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2-person assist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Mechanical lift    </w:t>
            </w:r>
          </w:p>
        </w:tc>
      </w:tr>
      <w:tr w:rsidR="004E5458" w14:paraId="7295B42D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4D2C8329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4. Fall Risk / Precautions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3FB08972" w14:textId="77777777" w:rsidR="004E5458" w:rsidRDefault="004E5458">
            <w:pPr>
              <w:spacing w:after="40"/>
            </w:pPr>
          </w:p>
        </w:tc>
      </w:tr>
    </w:tbl>
    <w:p w14:paraId="742E1369" w14:textId="77777777" w:rsidR="004E5458" w:rsidRDefault="004E5458">
      <w:pPr>
        <w:spacing w:after="40"/>
      </w:pPr>
    </w:p>
    <w:p w14:paraId="26ABA718" w14:textId="77777777" w:rsidR="004E5458" w:rsidRDefault="001A1540">
      <w:pPr>
        <w:keepNext/>
        <w:pBdr>
          <w:bottom w:val="single" w:sz="6" w:space="1" w:color="2A7B8E"/>
        </w:pBdr>
        <w:spacing w:before="280" w:after="120"/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lastRenderedPageBreak/>
        <w:t>4. Activities of Daily Living (ADLs)</w:t>
      </w:r>
    </w:p>
    <w:tbl>
      <w:tblPr>
        <w:tblStyle w:val="a4"/>
        <w:tblW w:w="9358" w:type="dxa"/>
        <w:jc w:val="center"/>
        <w:tblLayout w:type="fixed"/>
        <w:tblLook w:val="0400" w:firstRow="0" w:lastRow="0" w:firstColumn="0" w:lastColumn="0" w:noHBand="0" w:noVBand="1"/>
      </w:tblPr>
      <w:tblGrid>
        <w:gridCol w:w="2304"/>
        <w:gridCol w:w="2015"/>
        <w:gridCol w:w="3311"/>
        <w:gridCol w:w="1728"/>
      </w:tblGrid>
      <w:tr w:rsidR="004E5458" w14:paraId="004F7318" w14:textId="77777777">
        <w:trPr>
          <w:cantSplit/>
          <w:tblHeader/>
          <w:jc w:val="center"/>
        </w:trPr>
        <w:tc>
          <w:tcPr>
            <w:tcW w:w="230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2236189D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Care Area</w:t>
            </w:r>
          </w:p>
        </w:tc>
        <w:tc>
          <w:tcPr>
            <w:tcW w:w="20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105B1129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Level of Assistance</w:t>
            </w:r>
          </w:p>
        </w:tc>
        <w:tc>
          <w:tcPr>
            <w:tcW w:w="331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10AE085F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How / When Service Will Be Provided</w:t>
            </w:r>
          </w:p>
        </w:tc>
        <w:tc>
          <w:tcPr>
            <w:tcW w:w="17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7F83DA02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Who Provides</w:t>
            </w:r>
          </w:p>
        </w:tc>
      </w:tr>
      <w:tr w:rsidR="004E5458" w14:paraId="37074CF3" w14:textId="77777777">
        <w:trPr>
          <w:cantSplit/>
          <w:trHeight w:val="864"/>
          <w:jc w:val="center"/>
        </w:trPr>
        <w:tc>
          <w:tcPr>
            <w:tcW w:w="230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02FF16A5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1. Bathing</w:t>
            </w:r>
          </w:p>
        </w:tc>
        <w:tc>
          <w:tcPr>
            <w:tcW w:w="20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0F1470E4" w14:textId="77777777" w:rsidR="004E5458" w:rsidRDefault="004E5458">
            <w:pPr>
              <w:spacing w:after="40"/>
            </w:pPr>
          </w:p>
        </w:tc>
        <w:tc>
          <w:tcPr>
            <w:tcW w:w="331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1E3B9E7B" w14:textId="77777777" w:rsidR="004E5458" w:rsidRDefault="004E5458">
            <w:pPr>
              <w:spacing w:after="40"/>
            </w:pPr>
          </w:p>
        </w:tc>
        <w:tc>
          <w:tcPr>
            <w:tcW w:w="17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703B8918" w14:textId="77777777" w:rsidR="004E5458" w:rsidRDefault="004E5458">
            <w:pPr>
              <w:spacing w:after="40"/>
            </w:pPr>
          </w:p>
        </w:tc>
      </w:tr>
      <w:tr w:rsidR="004E5458" w14:paraId="68C49A7E" w14:textId="77777777">
        <w:trPr>
          <w:cantSplit/>
          <w:trHeight w:val="864"/>
          <w:jc w:val="center"/>
        </w:trPr>
        <w:tc>
          <w:tcPr>
            <w:tcW w:w="230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2E1FE5AA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2. Dressing</w:t>
            </w:r>
          </w:p>
        </w:tc>
        <w:tc>
          <w:tcPr>
            <w:tcW w:w="20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18BA6701" w14:textId="77777777" w:rsidR="004E5458" w:rsidRDefault="004E5458">
            <w:pPr>
              <w:spacing w:after="40"/>
            </w:pPr>
          </w:p>
        </w:tc>
        <w:tc>
          <w:tcPr>
            <w:tcW w:w="331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420E4656" w14:textId="77777777" w:rsidR="004E5458" w:rsidRDefault="004E5458">
            <w:pPr>
              <w:spacing w:after="40"/>
            </w:pPr>
          </w:p>
        </w:tc>
        <w:tc>
          <w:tcPr>
            <w:tcW w:w="17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38AD3B31" w14:textId="77777777" w:rsidR="004E5458" w:rsidRDefault="004E5458">
            <w:pPr>
              <w:spacing w:after="40"/>
            </w:pPr>
          </w:p>
        </w:tc>
      </w:tr>
      <w:tr w:rsidR="004E5458" w14:paraId="6413AE81" w14:textId="77777777">
        <w:trPr>
          <w:cantSplit/>
          <w:trHeight w:val="864"/>
          <w:jc w:val="center"/>
        </w:trPr>
        <w:tc>
          <w:tcPr>
            <w:tcW w:w="230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5967CFDA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3. Grooming / Oral Care</w:t>
            </w:r>
          </w:p>
        </w:tc>
        <w:tc>
          <w:tcPr>
            <w:tcW w:w="20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7E9DD69A" w14:textId="77777777" w:rsidR="004E5458" w:rsidRDefault="004E5458">
            <w:pPr>
              <w:spacing w:after="40"/>
            </w:pPr>
          </w:p>
        </w:tc>
        <w:tc>
          <w:tcPr>
            <w:tcW w:w="331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083ECE2E" w14:textId="77777777" w:rsidR="004E5458" w:rsidRDefault="004E5458">
            <w:pPr>
              <w:spacing w:after="40"/>
            </w:pPr>
          </w:p>
        </w:tc>
        <w:tc>
          <w:tcPr>
            <w:tcW w:w="17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6C787454" w14:textId="77777777" w:rsidR="004E5458" w:rsidRDefault="004E5458">
            <w:pPr>
              <w:spacing w:after="40"/>
            </w:pPr>
          </w:p>
        </w:tc>
      </w:tr>
      <w:tr w:rsidR="004E5458" w14:paraId="08B2579A" w14:textId="77777777">
        <w:trPr>
          <w:cantSplit/>
          <w:trHeight w:val="864"/>
          <w:jc w:val="center"/>
        </w:trPr>
        <w:tc>
          <w:tcPr>
            <w:tcW w:w="230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621A6B98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4. Toileting</w:t>
            </w:r>
          </w:p>
        </w:tc>
        <w:tc>
          <w:tcPr>
            <w:tcW w:w="20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2A9E932B" w14:textId="77777777" w:rsidR="004E5458" w:rsidRDefault="004E5458">
            <w:pPr>
              <w:spacing w:after="40"/>
            </w:pPr>
          </w:p>
        </w:tc>
        <w:tc>
          <w:tcPr>
            <w:tcW w:w="331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20809025" w14:textId="77777777" w:rsidR="004E5458" w:rsidRDefault="004E5458">
            <w:pPr>
              <w:spacing w:after="40"/>
            </w:pPr>
          </w:p>
        </w:tc>
        <w:tc>
          <w:tcPr>
            <w:tcW w:w="17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7F26A5C4" w14:textId="77777777" w:rsidR="004E5458" w:rsidRDefault="004E5458">
            <w:pPr>
              <w:spacing w:after="40"/>
            </w:pPr>
          </w:p>
        </w:tc>
      </w:tr>
      <w:tr w:rsidR="004E5458" w14:paraId="1926B3AD" w14:textId="77777777">
        <w:trPr>
          <w:cantSplit/>
          <w:trHeight w:val="864"/>
          <w:jc w:val="center"/>
        </w:trPr>
        <w:tc>
          <w:tcPr>
            <w:tcW w:w="230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3CD76B1D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5. Continence Care</w:t>
            </w:r>
          </w:p>
        </w:tc>
        <w:tc>
          <w:tcPr>
            <w:tcW w:w="20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2F350BE8" w14:textId="77777777" w:rsidR="004E5458" w:rsidRDefault="004E5458">
            <w:pPr>
              <w:spacing w:after="40"/>
            </w:pPr>
          </w:p>
        </w:tc>
        <w:tc>
          <w:tcPr>
            <w:tcW w:w="331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21168AFD" w14:textId="77777777" w:rsidR="004E5458" w:rsidRDefault="004E5458">
            <w:pPr>
              <w:spacing w:after="40"/>
            </w:pPr>
          </w:p>
        </w:tc>
        <w:tc>
          <w:tcPr>
            <w:tcW w:w="17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78DEDF3A" w14:textId="77777777" w:rsidR="004E5458" w:rsidRDefault="004E5458">
            <w:pPr>
              <w:spacing w:after="40"/>
            </w:pPr>
          </w:p>
        </w:tc>
      </w:tr>
      <w:tr w:rsidR="004E5458" w14:paraId="239701EE" w14:textId="77777777">
        <w:trPr>
          <w:cantSplit/>
          <w:trHeight w:val="864"/>
          <w:jc w:val="center"/>
        </w:trPr>
        <w:tc>
          <w:tcPr>
            <w:tcW w:w="230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7CC7B435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6. Eating / Feeding</w:t>
            </w:r>
          </w:p>
        </w:tc>
        <w:tc>
          <w:tcPr>
            <w:tcW w:w="20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14595695" w14:textId="77777777" w:rsidR="004E5458" w:rsidRDefault="004E5458">
            <w:pPr>
              <w:spacing w:after="40"/>
            </w:pPr>
          </w:p>
        </w:tc>
        <w:tc>
          <w:tcPr>
            <w:tcW w:w="331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425B593C" w14:textId="77777777" w:rsidR="004E5458" w:rsidRDefault="004E5458">
            <w:pPr>
              <w:spacing w:after="40"/>
            </w:pPr>
          </w:p>
        </w:tc>
        <w:tc>
          <w:tcPr>
            <w:tcW w:w="17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457B3B19" w14:textId="77777777" w:rsidR="004E5458" w:rsidRDefault="004E5458">
            <w:pPr>
              <w:spacing w:after="40"/>
            </w:pPr>
          </w:p>
        </w:tc>
      </w:tr>
      <w:tr w:rsidR="004E5458" w14:paraId="56B91BDD" w14:textId="77777777">
        <w:trPr>
          <w:cantSplit/>
          <w:trHeight w:val="864"/>
          <w:jc w:val="center"/>
        </w:trPr>
        <w:tc>
          <w:tcPr>
            <w:tcW w:w="230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7331C4C0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7. Bed Mobility / Repositioning</w:t>
            </w:r>
          </w:p>
        </w:tc>
        <w:tc>
          <w:tcPr>
            <w:tcW w:w="20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5755E9EB" w14:textId="77777777" w:rsidR="004E5458" w:rsidRDefault="004E5458">
            <w:pPr>
              <w:spacing w:after="40"/>
            </w:pPr>
          </w:p>
        </w:tc>
        <w:tc>
          <w:tcPr>
            <w:tcW w:w="331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15FBB311" w14:textId="77777777" w:rsidR="004E5458" w:rsidRDefault="004E5458">
            <w:pPr>
              <w:spacing w:after="40"/>
            </w:pPr>
          </w:p>
        </w:tc>
        <w:tc>
          <w:tcPr>
            <w:tcW w:w="17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74114CB8" w14:textId="77777777" w:rsidR="004E5458" w:rsidRDefault="004E5458">
            <w:pPr>
              <w:spacing w:after="40"/>
            </w:pPr>
          </w:p>
        </w:tc>
      </w:tr>
    </w:tbl>
    <w:p w14:paraId="166ED237" w14:textId="77777777" w:rsidR="004E5458" w:rsidRDefault="004E5458">
      <w:pPr>
        <w:spacing w:after="40"/>
      </w:pPr>
    </w:p>
    <w:p w14:paraId="34835528" w14:textId="77777777" w:rsidR="004E5458" w:rsidRDefault="001A1540">
      <w:pPr>
        <w:keepNext/>
        <w:pBdr>
          <w:bottom w:val="single" w:sz="6" w:space="1" w:color="2A7B8E"/>
        </w:pBdr>
        <w:spacing w:before="280" w:after="120"/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>5. Nutrition / Hydration</w:t>
      </w:r>
    </w:p>
    <w:tbl>
      <w:tblPr>
        <w:tblStyle w:val="a5"/>
        <w:tblW w:w="9359" w:type="dxa"/>
        <w:jc w:val="center"/>
        <w:tblLayout w:type="fixed"/>
        <w:tblLook w:val="0400" w:firstRow="0" w:lastRow="0" w:firstColumn="0" w:lastColumn="0" w:noHBand="0" w:noVBand="1"/>
      </w:tblPr>
      <w:tblGrid>
        <w:gridCol w:w="3456"/>
        <w:gridCol w:w="5903"/>
      </w:tblGrid>
      <w:tr w:rsidR="004E5458" w14:paraId="4BDF426F" w14:textId="77777777">
        <w:trPr>
          <w:cantSplit/>
          <w:tblHeader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2D66BCD2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Care Need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59667D3C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Resident-Specific Instructions</w:t>
            </w:r>
          </w:p>
        </w:tc>
      </w:tr>
      <w:tr w:rsidR="004E5458" w14:paraId="75895BA6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4F047BC8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1. Diet / Texture / Restrictions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7A0D913A" w14:textId="77777777" w:rsidR="004E5458" w:rsidRDefault="004E5458">
            <w:pPr>
              <w:spacing w:after="40"/>
            </w:pPr>
          </w:p>
        </w:tc>
      </w:tr>
      <w:tr w:rsidR="004E5458" w14:paraId="7BC8ABBD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318DD9A1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2. Feeding Assistance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29E2C5BD" w14:textId="77777777" w:rsidR="004E5458" w:rsidRDefault="001A1540">
            <w:pPr>
              <w:spacing w:after="4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Independent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Cueing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Setup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1:1 feeding    </w:t>
            </w:r>
          </w:p>
        </w:tc>
      </w:tr>
      <w:tr w:rsidR="004E5458" w14:paraId="38018EEA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5C7167D2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3. Aspiration / Swallowing Precautions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05A8CE5E" w14:textId="77777777" w:rsidR="004E5458" w:rsidRDefault="004E5458">
            <w:pPr>
              <w:spacing w:after="40"/>
            </w:pPr>
          </w:p>
        </w:tc>
      </w:tr>
      <w:tr w:rsidR="004E5458" w14:paraId="64507C82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2ED48BA3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4. Hydration / Supplements / Special Instructions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2AFDC3E2" w14:textId="77777777" w:rsidR="004E5458" w:rsidRDefault="004E5458">
            <w:pPr>
              <w:spacing w:after="40"/>
            </w:pPr>
          </w:p>
        </w:tc>
      </w:tr>
    </w:tbl>
    <w:p w14:paraId="7EC56509" w14:textId="77777777" w:rsidR="004E5458" w:rsidRDefault="004E5458">
      <w:pPr>
        <w:spacing w:after="40"/>
      </w:pPr>
    </w:p>
    <w:p w14:paraId="75C1F3FE" w14:textId="77777777" w:rsidR="004E5458" w:rsidRDefault="001A1540">
      <w:pPr>
        <w:keepNext/>
        <w:pBdr>
          <w:bottom w:val="single" w:sz="6" w:space="1" w:color="2A7B8E"/>
        </w:pBdr>
        <w:spacing w:before="280" w:after="120"/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>6. Cognition / Communication / Behavioral Support</w:t>
      </w:r>
    </w:p>
    <w:tbl>
      <w:tblPr>
        <w:tblStyle w:val="a6"/>
        <w:tblW w:w="9359" w:type="dxa"/>
        <w:jc w:val="center"/>
        <w:tblLayout w:type="fixed"/>
        <w:tblLook w:val="0400" w:firstRow="0" w:lastRow="0" w:firstColumn="0" w:lastColumn="0" w:noHBand="0" w:noVBand="1"/>
      </w:tblPr>
      <w:tblGrid>
        <w:gridCol w:w="3456"/>
        <w:gridCol w:w="5903"/>
      </w:tblGrid>
      <w:tr w:rsidR="004E5458" w14:paraId="19BC44E6" w14:textId="77777777">
        <w:trPr>
          <w:cantSplit/>
          <w:tblHeader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2CBA3C81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Care Need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7FAFE39F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Resident-Specific Instructions</w:t>
            </w:r>
          </w:p>
        </w:tc>
      </w:tr>
      <w:tr w:rsidR="004E5458" w14:paraId="43DB4A00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66ABE1E0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1. Orientation / Cognitive Status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6B0542A9" w14:textId="77777777" w:rsidR="004E5458" w:rsidRDefault="004E5458">
            <w:pPr>
              <w:spacing w:after="40"/>
            </w:pPr>
          </w:p>
        </w:tc>
      </w:tr>
      <w:tr w:rsidR="004E5458" w14:paraId="6F27A7BE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4EB2BE89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2. Communication / Hearing / Vision Needs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3A44741F" w14:textId="77777777" w:rsidR="004E5458" w:rsidRDefault="004E5458">
            <w:pPr>
              <w:spacing w:after="40"/>
            </w:pPr>
          </w:p>
        </w:tc>
      </w:tr>
      <w:tr w:rsidR="004E5458" w14:paraId="6C4927AD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5F5B2619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3. Known Behaviors / Triggers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46D17382" w14:textId="77777777" w:rsidR="004E5458" w:rsidRDefault="004E5458">
            <w:pPr>
              <w:spacing w:after="40"/>
            </w:pPr>
          </w:p>
        </w:tc>
      </w:tr>
      <w:tr w:rsidR="004E5458" w14:paraId="7EC27F3A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4D8415CD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4. Redirection / De-escalation / Support Strategies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5F454059" w14:textId="77777777" w:rsidR="004E5458" w:rsidRDefault="004E5458">
            <w:pPr>
              <w:spacing w:after="40"/>
            </w:pPr>
          </w:p>
        </w:tc>
      </w:tr>
    </w:tbl>
    <w:p w14:paraId="0697DFAA" w14:textId="77777777" w:rsidR="004E5458" w:rsidRDefault="004E5458">
      <w:pPr>
        <w:spacing w:after="40"/>
      </w:pPr>
    </w:p>
    <w:p w14:paraId="0B6C3F86" w14:textId="77777777" w:rsidR="004E5458" w:rsidRDefault="001A1540">
      <w:pPr>
        <w:keepNext/>
        <w:pBdr>
          <w:bottom w:val="single" w:sz="6" w:space="1" w:color="2A7B8E"/>
        </w:pBdr>
        <w:spacing w:before="280" w:after="120"/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>7. Supervision / Safety / Nighttime Needs</w:t>
      </w:r>
    </w:p>
    <w:tbl>
      <w:tblPr>
        <w:tblStyle w:val="a7"/>
        <w:tblW w:w="9359" w:type="dxa"/>
        <w:jc w:val="center"/>
        <w:tblLayout w:type="fixed"/>
        <w:tblLook w:val="0400" w:firstRow="0" w:lastRow="0" w:firstColumn="0" w:lastColumn="0" w:noHBand="0" w:noVBand="1"/>
      </w:tblPr>
      <w:tblGrid>
        <w:gridCol w:w="3456"/>
        <w:gridCol w:w="5903"/>
      </w:tblGrid>
      <w:tr w:rsidR="004E5458" w14:paraId="473CF623" w14:textId="77777777">
        <w:trPr>
          <w:cantSplit/>
          <w:tblHeader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52CDA516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Care Need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364319AE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Resident-Specific Instructions</w:t>
            </w:r>
          </w:p>
        </w:tc>
      </w:tr>
      <w:tr w:rsidR="004E5458" w14:paraId="24499D9E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08BB72F6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1. Supervision Level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1A35FD78" w14:textId="77777777" w:rsidR="004E5458" w:rsidRDefault="001A1540">
            <w:pPr>
              <w:spacing w:after="4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Routine checks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Close supervision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1:1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Other:    </w:t>
            </w:r>
          </w:p>
        </w:tc>
      </w:tr>
      <w:tr w:rsidR="004E5458" w14:paraId="2D5072F5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373072A4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2. Safety Risks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58AAD8EA" w14:textId="77777777" w:rsidR="004E5458" w:rsidRDefault="001A1540">
            <w:pPr>
              <w:spacing w:after="4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Falls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Elopement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Smoking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Aspiration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Self-harm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Other:    </w:t>
            </w:r>
          </w:p>
        </w:tc>
      </w:tr>
      <w:tr w:rsidR="004E5458" w14:paraId="6FEB0D6F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0256F4B4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3. Nighttime Checks / Repositioning / Toileting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5CF64CBE" w14:textId="77777777" w:rsidR="004E5458" w:rsidRDefault="004E5458">
            <w:pPr>
              <w:spacing w:after="40"/>
            </w:pPr>
          </w:p>
        </w:tc>
      </w:tr>
      <w:tr w:rsidR="004E5458" w14:paraId="4C9B3CF3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276F4832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4. Emergency / Evacuation Assistance Needed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73317D27" w14:textId="77777777" w:rsidR="004E5458" w:rsidRDefault="004E5458">
            <w:pPr>
              <w:spacing w:after="40"/>
            </w:pPr>
          </w:p>
        </w:tc>
      </w:tr>
    </w:tbl>
    <w:p w14:paraId="7A7E12CF" w14:textId="77777777" w:rsidR="004E5458" w:rsidRDefault="004E5458">
      <w:pPr>
        <w:spacing w:after="40"/>
      </w:pPr>
    </w:p>
    <w:p w14:paraId="51A49BEA" w14:textId="77777777" w:rsidR="004E5458" w:rsidRDefault="001A1540">
      <w:pPr>
        <w:keepNext/>
        <w:pBdr>
          <w:bottom w:val="single" w:sz="6" w:space="1" w:color="2A7B8E"/>
        </w:pBdr>
        <w:spacing w:before="280" w:after="120"/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lastRenderedPageBreak/>
        <w:t>8. Appointments / Transportation / Other Services</w:t>
      </w:r>
    </w:p>
    <w:tbl>
      <w:tblPr>
        <w:tblStyle w:val="a8"/>
        <w:tblW w:w="9359" w:type="dxa"/>
        <w:jc w:val="center"/>
        <w:tblLayout w:type="fixed"/>
        <w:tblLook w:val="0400" w:firstRow="0" w:lastRow="0" w:firstColumn="0" w:lastColumn="0" w:noHBand="0" w:noVBand="1"/>
      </w:tblPr>
      <w:tblGrid>
        <w:gridCol w:w="3456"/>
        <w:gridCol w:w="5903"/>
      </w:tblGrid>
      <w:tr w:rsidR="004E5458" w14:paraId="2B19D27A" w14:textId="77777777">
        <w:trPr>
          <w:cantSplit/>
          <w:tblHeader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32FE3E7E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Care Need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5EB0437C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Resident-Specific Instructions</w:t>
            </w:r>
          </w:p>
        </w:tc>
      </w:tr>
      <w:tr w:rsidR="004E5458" w14:paraId="38751319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18AC516A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1. Transportation / Escort Needs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25BC00BD" w14:textId="77777777" w:rsidR="004E5458" w:rsidRDefault="004E5458">
            <w:pPr>
              <w:spacing w:after="40"/>
            </w:pPr>
          </w:p>
        </w:tc>
      </w:tr>
      <w:tr w:rsidR="004E5458" w14:paraId="4AACE55D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7E6A8803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2. Home Health / Hospice / Therapy / Behavioral Health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57F0C470" w14:textId="77777777" w:rsidR="004E5458" w:rsidRDefault="004E5458">
            <w:pPr>
              <w:spacing w:after="40"/>
            </w:pPr>
          </w:p>
        </w:tc>
      </w:tr>
      <w:tr w:rsidR="004E5458" w14:paraId="0571EC63" w14:textId="77777777">
        <w:trPr>
          <w:cantSplit/>
          <w:trHeight w:val="648"/>
          <w:jc w:val="center"/>
        </w:trPr>
        <w:tc>
          <w:tcPr>
            <w:tcW w:w="3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65E7F11B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3. Preferred Routine / Activities / Cultural or Personal Preferences</w:t>
            </w:r>
          </w:p>
        </w:tc>
        <w:tc>
          <w:tcPr>
            <w:tcW w:w="59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0E198E39" w14:textId="77777777" w:rsidR="004E5458" w:rsidRDefault="004E5458">
            <w:pPr>
              <w:spacing w:after="40"/>
            </w:pPr>
          </w:p>
        </w:tc>
      </w:tr>
    </w:tbl>
    <w:p w14:paraId="7E8656F8" w14:textId="77777777" w:rsidR="004E5458" w:rsidRDefault="004E5458">
      <w:pPr>
        <w:spacing w:after="40"/>
      </w:pPr>
    </w:p>
    <w:p w14:paraId="02C37377" w14:textId="77777777" w:rsidR="004E5458" w:rsidRDefault="001A1540">
      <w:pPr>
        <w:keepNext/>
        <w:pBdr>
          <w:bottom w:val="single" w:sz="6" w:space="1" w:color="2A7B8E"/>
        </w:pBdr>
        <w:spacing w:before="280" w:after="120"/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>9. Other Immediate Care Needs / Special Instructions</w:t>
      </w:r>
    </w:p>
    <w:tbl>
      <w:tblPr>
        <w:tblStyle w:val="a9"/>
        <w:tblW w:w="9360" w:type="dxa"/>
        <w:jc w:val="center"/>
        <w:tblLayout w:type="fixed"/>
        <w:tblLook w:val="0400" w:firstRow="0" w:lastRow="0" w:firstColumn="0" w:lastColumn="0" w:noHBand="0" w:noVBand="1"/>
      </w:tblPr>
      <w:tblGrid>
        <w:gridCol w:w="9360"/>
      </w:tblGrid>
      <w:tr w:rsidR="004E5458" w14:paraId="40F12E42" w14:textId="77777777">
        <w:trPr>
          <w:cantSplit/>
          <w:tblHeader/>
          <w:jc w:val="center"/>
        </w:trPr>
        <w:tc>
          <w:tcPr>
            <w:tcW w:w="9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1F314A04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Special Instructions</w:t>
            </w:r>
          </w:p>
        </w:tc>
      </w:tr>
      <w:tr w:rsidR="004E5458" w14:paraId="2F62DB06" w14:textId="77777777">
        <w:trPr>
          <w:cantSplit/>
          <w:trHeight w:val="2304"/>
          <w:jc w:val="center"/>
        </w:trPr>
        <w:tc>
          <w:tcPr>
            <w:tcW w:w="9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7F886A4C" w14:textId="77777777" w:rsidR="004E5458" w:rsidRDefault="004E5458">
            <w:pPr>
              <w:spacing w:after="40"/>
            </w:pPr>
          </w:p>
        </w:tc>
      </w:tr>
    </w:tbl>
    <w:p w14:paraId="7E7940EE" w14:textId="77777777" w:rsidR="004E5458" w:rsidRDefault="004E5458">
      <w:pPr>
        <w:spacing w:after="40"/>
      </w:pPr>
    </w:p>
    <w:p w14:paraId="0CBCDCCE" w14:textId="77777777" w:rsidR="004E5458" w:rsidRDefault="001A1540">
      <w:pPr>
        <w:keepNext/>
        <w:pBdr>
          <w:bottom w:val="single" w:sz="6" w:space="1" w:color="2A7B8E"/>
        </w:pBdr>
        <w:spacing w:before="280" w:after="120"/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>10. Preliminary Service Plan Acknowledgment</w:t>
      </w:r>
    </w:p>
    <w:p w14:paraId="446F855B" w14:textId="77777777" w:rsidR="004E5458" w:rsidRDefault="001A1540">
      <w:pPr>
        <w:spacing w:after="120" w:line="300" w:lineRule="auto"/>
      </w:pPr>
      <w:r>
        <w:rPr>
          <w:rFonts w:ascii="Calibri" w:eastAsia="Calibri" w:hAnsi="Calibri" w:cs="Calibri"/>
          <w:color w:val="000000"/>
        </w:rPr>
        <w:t>This preliminary service plan identifies the resident's immediate care and service needs based on information available at admission/assessment. Staff are to follow these instructions and applicable provider orders while the resident's comprehensive/negotiated care planning process is completed. Significant changes in condition or care needs must be reported and the plan updated as appropriate.</w:t>
      </w:r>
    </w:p>
    <w:tbl>
      <w:tblPr>
        <w:tblStyle w:val="aa"/>
        <w:tblW w:w="9360" w:type="dxa"/>
        <w:jc w:val="center"/>
        <w:tblLayout w:type="fixed"/>
        <w:tblLook w:val="0400" w:firstRow="0" w:lastRow="0" w:firstColumn="0" w:lastColumn="0" w:noHBand="0" w:noVBand="1"/>
      </w:tblPr>
      <w:tblGrid>
        <w:gridCol w:w="2880"/>
        <w:gridCol w:w="3255"/>
        <w:gridCol w:w="3225"/>
      </w:tblGrid>
      <w:tr w:rsidR="004E5458" w14:paraId="3C3BB2B2" w14:textId="77777777">
        <w:trPr>
          <w:cantSplit/>
          <w:tblHeader/>
          <w:jc w:val="center"/>
        </w:trPr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055BC895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Role</w:t>
            </w:r>
          </w:p>
        </w:tc>
        <w:tc>
          <w:tcPr>
            <w:tcW w:w="32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2D2AAB69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Signature</w:t>
            </w:r>
          </w:p>
        </w:tc>
        <w:tc>
          <w:tcPr>
            <w:tcW w:w="32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D5D5"/>
          </w:tcPr>
          <w:p w14:paraId="58FEA639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Date</w:t>
            </w:r>
          </w:p>
        </w:tc>
      </w:tr>
      <w:tr w:rsidR="004E5458" w14:paraId="16A915BD" w14:textId="77777777">
        <w:trPr>
          <w:cantSplit/>
          <w:trHeight w:val="792"/>
          <w:jc w:val="center"/>
        </w:trPr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59433645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Resident / Representative</w:t>
            </w:r>
          </w:p>
        </w:tc>
        <w:tc>
          <w:tcPr>
            <w:tcW w:w="32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0285EC95" w14:textId="77777777" w:rsidR="004E5458" w:rsidRDefault="004E5458">
            <w:pPr>
              <w:spacing w:after="40"/>
            </w:pPr>
          </w:p>
        </w:tc>
        <w:tc>
          <w:tcPr>
            <w:tcW w:w="32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66D1B8BD" w14:textId="77777777" w:rsidR="004E5458" w:rsidRDefault="004E5458">
            <w:pPr>
              <w:spacing w:after="40"/>
            </w:pPr>
          </w:p>
        </w:tc>
      </w:tr>
      <w:tr w:rsidR="004E5458" w14:paraId="5A262851" w14:textId="77777777">
        <w:trPr>
          <w:cantSplit/>
          <w:trHeight w:val="792"/>
          <w:jc w:val="center"/>
        </w:trPr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6FB3AD6D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AFH Provider</w:t>
            </w:r>
          </w:p>
        </w:tc>
        <w:tc>
          <w:tcPr>
            <w:tcW w:w="32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3D95E98B" w14:textId="77777777" w:rsidR="004E5458" w:rsidRDefault="004E5458">
            <w:pPr>
              <w:spacing w:after="40"/>
            </w:pPr>
          </w:p>
          <w:p w14:paraId="5B113086" w14:textId="77777777" w:rsidR="00483D24" w:rsidRPr="00483D24" w:rsidRDefault="00483D24" w:rsidP="00483D24">
            <w:pPr>
              <w:jc w:val="center"/>
            </w:pPr>
          </w:p>
        </w:tc>
        <w:tc>
          <w:tcPr>
            <w:tcW w:w="32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</w:tcPr>
          <w:p w14:paraId="3D7F5D2C" w14:textId="77777777" w:rsidR="004E5458" w:rsidRDefault="004E5458">
            <w:pPr>
              <w:spacing w:after="40"/>
            </w:pPr>
          </w:p>
        </w:tc>
      </w:tr>
      <w:tr w:rsidR="004E5458" w14:paraId="41E56DE5" w14:textId="77777777">
        <w:trPr>
          <w:cantSplit/>
          <w:trHeight w:val="792"/>
          <w:jc w:val="center"/>
        </w:trPr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04E58246" w14:textId="77777777" w:rsidR="004E5458" w:rsidRDefault="001A154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POA (if applicable)</w:t>
            </w:r>
          </w:p>
        </w:tc>
        <w:tc>
          <w:tcPr>
            <w:tcW w:w="32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73C3588C" w14:textId="77777777" w:rsidR="004E5458" w:rsidRDefault="004E5458">
            <w:pPr>
              <w:spacing w:after="40"/>
            </w:pPr>
          </w:p>
        </w:tc>
        <w:tc>
          <w:tcPr>
            <w:tcW w:w="32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2828D7A4" w14:textId="77777777" w:rsidR="004E5458" w:rsidRDefault="004E5458">
            <w:pPr>
              <w:spacing w:after="40"/>
            </w:pPr>
          </w:p>
        </w:tc>
      </w:tr>
    </w:tbl>
    <w:p w14:paraId="19B5B054" w14:textId="77777777" w:rsidR="004E5458" w:rsidRDefault="004E5458">
      <w:pPr>
        <w:spacing w:after="40"/>
      </w:pPr>
    </w:p>
    <w:sectPr w:rsidR="004E54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7C128A" w14:textId="77777777" w:rsidR="001A1540" w:rsidRDefault="001A1540">
      <w:pPr>
        <w:spacing w:after="0" w:line="240" w:lineRule="auto"/>
      </w:pPr>
      <w:r>
        <w:separator/>
      </w:r>
    </w:p>
  </w:endnote>
  <w:endnote w:type="continuationSeparator" w:id="0">
    <w:p w14:paraId="16F3DF1D" w14:textId="77777777" w:rsidR="001A1540" w:rsidRDefault="001A1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" w:fontKey="{13D2F69A-2E7A-3548-91F6-8F33A4341A4A}"/>
    <w:embedBold r:id="rId2" w:fontKey="{C05401FF-96AC-EB42-9015-51DE09B073F5}"/>
    <w:embedItalic r:id="rId3" w:fontKey="{71FB89B2-BA2D-794C-B139-B580B80B24AF}"/>
    <w:embedBoldItalic r:id="rId4" w:fontKey="{4B5BBA70-0B19-DB4C-A384-5A7243095C3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381F3323-C5E1-4741-869B-C3055371C411}"/>
    <w:embedBold r:id="rId6" w:fontKey="{C4D89158-F659-D34E-A938-7B72E6393535}"/>
    <w:embedItalic r:id="rId7" w:fontKey="{72351C81-78A2-CC4C-AA6C-38442B56D1E3}"/>
    <w:embedBoldItalic r:id="rId8" w:fontKey="{0D60D3CB-03B9-AD4C-9CB4-2E00F0E107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9" w:fontKey="{8D0DD799-C46D-2146-888A-A1E1E1A243AA}"/>
    <w:embedBold r:id="rId10" w:fontKey="{48D7D3FD-7351-DF4D-92D9-4FBDDCFB9BD2}"/>
    <w:embedItalic r:id="rId11" w:fontKey="{40962D80-408A-9047-80C3-52938E561773}"/>
    <w:embedBoldItalic r:id="rId12" w:fontKey="{E0D41571-5DE5-C34E-BEDE-5EBEB6059487}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13" w:fontKey="{F1A8B341-0FC8-C342-9A21-2407F08DF31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4" w:fontKey="{DCF973A2-B3BA-9446-8788-2797CED59E2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5" w:subsetted="1" w:fontKey="{3835B48C-EE1C-4546-B93B-82AB983547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55D1FA" w14:textId="77777777" w:rsidR="00483D24" w:rsidRDefault="00483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FBF610" w14:textId="77777777" w:rsidR="004E5458" w:rsidRDefault="001A1540">
    <w:pPr>
      <w:jc w:val="right"/>
    </w:pPr>
    <w:r>
      <w:rPr>
        <w:color w:val="323E4F"/>
        <w:sz w:val="20"/>
        <w:szCs w:val="20"/>
      </w:rPr>
      <w:fldChar w:fldCharType="begin"/>
    </w:r>
    <w:r>
      <w:rPr>
        <w:color w:val="323E4F"/>
        <w:sz w:val="20"/>
        <w:szCs w:val="20"/>
      </w:rPr>
      <w:instrText>PAGE</w:instrText>
    </w:r>
    <w:r>
      <w:rPr>
        <w:color w:val="323E4F"/>
        <w:sz w:val="20"/>
        <w:szCs w:val="20"/>
      </w:rPr>
      <w:fldChar w:fldCharType="separate"/>
    </w:r>
    <w:r w:rsidR="00483D24">
      <w:rPr>
        <w:noProof/>
        <w:color w:val="323E4F"/>
        <w:sz w:val="20"/>
        <w:szCs w:val="20"/>
      </w:rPr>
      <w:t>1</w:t>
    </w:r>
    <w:r>
      <w:rPr>
        <w:color w:val="323E4F"/>
        <w:sz w:val="20"/>
        <w:szCs w:val="20"/>
      </w:rPr>
      <w:fldChar w:fldCharType="end"/>
    </w:r>
    <w:r>
      <w:rPr>
        <w:color w:val="323E4F"/>
        <w:sz w:val="20"/>
        <w:szCs w:val="20"/>
      </w:rPr>
      <w:t xml:space="preserve"> | </w:t>
    </w:r>
    <w:r>
      <w:rPr>
        <w:color w:val="323E4F"/>
        <w:sz w:val="20"/>
        <w:szCs w:val="20"/>
      </w:rPr>
      <w:fldChar w:fldCharType="begin"/>
    </w:r>
    <w:r>
      <w:rPr>
        <w:color w:val="323E4F"/>
        <w:sz w:val="20"/>
        <w:szCs w:val="20"/>
      </w:rPr>
      <w:instrText>NUMPAGES</w:instrText>
    </w:r>
    <w:r>
      <w:rPr>
        <w:color w:val="323E4F"/>
        <w:sz w:val="20"/>
        <w:szCs w:val="20"/>
      </w:rPr>
      <w:fldChar w:fldCharType="separate"/>
    </w:r>
    <w:r w:rsidR="00483D24">
      <w:rPr>
        <w:noProof/>
        <w:color w:val="323E4F"/>
        <w:sz w:val="20"/>
        <w:szCs w:val="20"/>
      </w:rPr>
      <w:t>2</w:t>
    </w:r>
    <w:r>
      <w:rPr>
        <w:color w:val="323E4F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E2CB6C" w14:textId="77777777" w:rsidR="00483D24" w:rsidRDefault="00483D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BA4EA8" w14:textId="77777777" w:rsidR="001A1540" w:rsidRDefault="001A1540">
      <w:pPr>
        <w:spacing w:after="0" w:line="240" w:lineRule="auto"/>
      </w:pPr>
      <w:r>
        <w:separator/>
      </w:r>
    </w:p>
  </w:footnote>
  <w:footnote w:type="continuationSeparator" w:id="0">
    <w:p w14:paraId="5FAB8996" w14:textId="77777777" w:rsidR="001A1540" w:rsidRDefault="001A1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AEF2BB" w14:textId="77777777" w:rsidR="00483D24" w:rsidRDefault="00483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4AAE" w14:textId="77777777" w:rsidR="00483D24" w:rsidRDefault="00483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B882FF" w14:textId="77777777" w:rsidR="00483D24" w:rsidRDefault="00483D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7B64E5"/>
    <w:multiLevelType w:val="multilevel"/>
    <w:tmpl w:val="E8686496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49180965">
    <w:abstractNumId w:val="0"/>
  </w:num>
  <w:num w:numId="2" w16cid:durableId="2086608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30533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781403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38168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36317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458"/>
    <w:rsid w:val="001A1540"/>
    <w:rsid w:val="00483D24"/>
    <w:rsid w:val="004E4572"/>
    <w:rsid w:val="004E5458"/>
    <w:rsid w:val="00590967"/>
    <w:rsid w:val="009D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8158EB"/>
  <w15:docId w15:val="{D784FFE8-61A3-5041-B9EF-8EBECC0C6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O+3/apM2tk7rQhe+WLcuLvkchQ==">CgMxLjA4AHIhMThzS1FrUTNnTmV0eFFjV2FQR1BXQVUxdEpQQVNfWnZp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473</Words>
  <Characters>2668</Characters>
  <Application>Microsoft Office Word</Application>
  <DocSecurity>0</DocSecurity>
  <Lines>196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Hassan Ahmed</cp:lastModifiedBy>
  <cp:revision>3</cp:revision>
  <dcterms:created xsi:type="dcterms:W3CDTF">2013-12-23T23:15:00Z</dcterms:created>
  <dcterms:modified xsi:type="dcterms:W3CDTF">2026-09-25T02:02:00Z</dcterms:modified>
  <cp:category/>
</cp:coreProperties>
</file>